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9F430E" w14:textId="77777777" w:rsidR="00AB2C07" w:rsidRDefault="00DE65D1">
      <w:pPr>
        <w:jc w:val="center"/>
      </w:pPr>
      <w:r>
        <w:rPr>
          <w:b/>
        </w:rPr>
        <w:t>АВОСЬ: РУССКИЙ ХАРАКТЕР ИЛИ СТЕРЕОТИП?</w:t>
      </w:r>
    </w:p>
    <w:p w14:paraId="64DC5FBA" w14:textId="77777777" w:rsidR="00AB2C07" w:rsidRDefault="00DE65D1">
      <w:pPr>
        <w:jc w:val="center"/>
      </w:pPr>
      <w:r>
        <w:rPr>
          <w:b/>
        </w:rPr>
        <w:t>РАБОЧИЙ ЛИСТ • УРОВЕНЬ C2</w:t>
      </w:r>
    </w:p>
    <w:p w14:paraId="75515522" w14:textId="77777777" w:rsidR="00AB2C07" w:rsidRDefault="00DE65D1">
      <w:r>
        <w:t>Имя: ____________________________________________    Дата: ____________________</w:t>
      </w:r>
    </w:p>
    <w:p w14:paraId="4C3BEF23" w14:textId="77777777" w:rsidR="00AB2C07" w:rsidRDefault="00DE65D1">
      <w:r>
        <w:rPr>
          <w:b/>
        </w:rPr>
        <w:t>1. ВХОД В ТЕМУ</w:t>
      </w:r>
    </w:p>
    <w:p w14:paraId="3252003C" w14:textId="77777777" w:rsidR="00AB2C07" w:rsidRDefault="00DE65D1">
      <w:r>
        <w:rPr>
          <w:b/>
        </w:rPr>
        <w:t>1. Как вы понимаете слово «авось»? Выберите несколько вариантов и объясните свой выбор.</w:t>
      </w:r>
    </w:p>
    <w:p w14:paraId="0EDFD491" w14:textId="77777777" w:rsidR="00AB2C07" w:rsidRDefault="00DE65D1">
      <w:r>
        <w:t>а) надежда на благоприятный исход</w:t>
      </w:r>
    </w:p>
    <w:p w14:paraId="3BEA7F31" w14:textId="77777777" w:rsidR="00AB2C07" w:rsidRDefault="00DE65D1">
      <w:r>
        <w:t>б) готовность рискнуть</w:t>
      </w:r>
    </w:p>
    <w:p w14:paraId="2E1E3D57" w14:textId="77777777" w:rsidR="00AB2C07" w:rsidRDefault="00DE65D1">
      <w:r>
        <w:t>в) отсутствие плана</w:t>
      </w:r>
    </w:p>
    <w:p w14:paraId="5923F178" w14:textId="77777777" w:rsidR="00AB2C07" w:rsidRDefault="00DE65D1">
      <w:r>
        <w:t>г) оптимизм</w:t>
      </w:r>
    </w:p>
    <w:p w14:paraId="52F371A4" w14:textId="77777777" w:rsidR="00AB2C07" w:rsidRDefault="00DE65D1">
      <w:r>
        <w:t>д) безответственность</w:t>
      </w:r>
    </w:p>
    <w:p w14:paraId="605B93BE" w14:textId="77777777" w:rsidR="00AB2C07" w:rsidRDefault="00DE65D1">
      <w:r>
        <w:t>е) способность спокойно относиться к неопределённости</w:t>
      </w:r>
    </w:p>
    <w:p w14:paraId="343FC0D5" w14:textId="77777777" w:rsidR="00AB2C07" w:rsidRDefault="00DE65D1">
      <w:r>
        <w:rPr>
          <w:b/>
        </w:rPr>
        <w:t>2. Закончите предложения.</w:t>
      </w:r>
    </w:p>
    <w:p w14:paraId="0CD578EF" w14:textId="77777777" w:rsidR="00AB2C07" w:rsidRDefault="00DE65D1">
      <w:r>
        <w:t>Если я не знаю, что будет завтра, я обычно ________________________________________________.</w:t>
      </w:r>
    </w:p>
    <w:p w14:paraId="748D1C39" w14:textId="77777777" w:rsidR="00AB2C07" w:rsidRDefault="00DE65D1">
      <w:r>
        <w:t>Если проблема кажется не очень серьёзной, я могу ___________________________________________.</w:t>
      </w:r>
    </w:p>
    <w:p w14:paraId="6480A7C6" w14:textId="77777777" w:rsidR="00AB2C07" w:rsidRDefault="00DE65D1">
      <w:r>
        <w:t>Когда человек говорит «авось», мне кажется, что он __________________________________________.</w:t>
      </w:r>
    </w:p>
    <w:p w14:paraId="36B13484" w14:textId="77777777" w:rsidR="00AB2C07" w:rsidRDefault="00DE65D1">
      <w:r>
        <w:rPr>
          <w:b/>
        </w:rPr>
        <w:t>2. АВОСЬ, НЕБОСЬ, ПОДИ…</w:t>
      </w:r>
    </w:p>
    <w:p w14:paraId="473880C6" w14:textId="77777777" w:rsidR="00AB2C07" w:rsidRDefault="00DE65D1">
      <w:r>
        <w:rPr>
          <w:b/>
        </w:rPr>
        <w:t>3. Соотнесите выражение с наиболее подходящим значением. Один вариант может использоваться несколько раз.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AB2C07" w14:paraId="502672FB" w14:textId="77777777">
        <w:trPr>
          <w:jc w:val="center"/>
        </w:trPr>
        <w:tc>
          <w:tcPr>
            <w:tcW w:w="5100" w:type="dxa"/>
          </w:tcPr>
          <w:p w14:paraId="5DB0F715" w14:textId="77777777" w:rsidR="00AB2C07" w:rsidRDefault="00DE65D1">
            <w:r>
              <w:t>Выражение</w:t>
            </w:r>
          </w:p>
        </w:tc>
        <w:tc>
          <w:tcPr>
            <w:tcW w:w="5100" w:type="dxa"/>
          </w:tcPr>
          <w:p w14:paraId="6903C195" w14:textId="77777777" w:rsidR="00AB2C07" w:rsidRDefault="00DE65D1">
            <w:r>
              <w:t>Возможный смысл</w:t>
            </w:r>
          </w:p>
        </w:tc>
      </w:tr>
      <w:tr w:rsidR="00AB2C07" w14:paraId="1D15BECC" w14:textId="77777777">
        <w:trPr>
          <w:jc w:val="center"/>
        </w:trPr>
        <w:tc>
          <w:tcPr>
            <w:tcW w:w="5100" w:type="dxa"/>
          </w:tcPr>
          <w:p w14:paraId="6E15D8B4" w14:textId="77777777" w:rsidR="00AB2C07" w:rsidRDefault="00DE65D1">
            <w:r>
              <w:t>1. Авось всё обойдётся.</w:t>
            </w:r>
          </w:p>
        </w:tc>
        <w:tc>
          <w:tcPr>
            <w:tcW w:w="5100" w:type="dxa"/>
          </w:tcPr>
          <w:p w14:paraId="57276335" w14:textId="77777777" w:rsidR="00AB2C07" w:rsidRDefault="00DE65D1">
            <w:r>
              <w:t>___</w:t>
            </w:r>
          </w:p>
        </w:tc>
      </w:tr>
      <w:tr w:rsidR="00AB2C07" w14:paraId="6FE6FD25" w14:textId="77777777">
        <w:trPr>
          <w:jc w:val="center"/>
        </w:trPr>
        <w:tc>
          <w:tcPr>
            <w:tcW w:w="5100" w:type="dxa"/>
          </w:tcPr>
          <w:p w14:paraId="66456A14" w14:textId="77777777" w:rsidR="00AB2C07" w:rsidRDefault="00DE65D1">
            <w:r>
              <w:t>2. Небось уже приехал.</w:t>
            </w:r>
          </w:p>
        </w:tc>
        <w:tc>
          <w:tcPr>
            <w:tcW w:w="5100" w:type="dxa"/>
          </w:tcPr>
          <w:p w14:paraId="10037688" w14:textId="77777777" w:rsidR="00AB2C07" w:rsidRDefault="00DE65D1">
            <w:r>
              <w:t>___</w:t>
            </w:r>
          </w:p>
        </w:tc>
      </w:tr>
      <w:tr w:rsidR="00AB2C07" w14:paraId="7F9055A9" w14:textId="77777777">
        <w:trPr>
          <w:jc w:val="center"/>
        </w:trPr>
        <w:tc>
          <w:tcPr>
            <w:tcW w:w="5100" w:type="dxa"/>
          </w:tcPr>
          <w:p w14:paraId="0B8A680F" w14:textId="77777777" w:rsidR="00AB2C07" w:rsidRDefault="00DE65D1">
            <w:r>
              <w:t>3. Поди разберись, что он имел в виду.</w:t>
            </w:r>
          </w:p>
        </w:tc>
        <w:tc>
          <w:tcPr>
            <w:tcW w:w="5100" w:type="dxa"/>
          </w:tcPr>
          <w:p w14:paraId="57C6C56A" w14:textId="77777777" w:rsidR="00AB2C07" w:rsidRDefault="00DE65D1">
            <w:r>
              <w:t>___</w:t>
            </w:r>
          </w:p>
        </w:tc>
      </w:tr>
      <w:tr w:rsidR="00AB2C07" w14:paraId="6AE0ECB7" w14:textId="77777777">
        <w:trPr>
          <w:jc w:val="center"/>
        </w:trPr>
        <w:tc>
          <w:tcPr>
            <w:tcW w:w="5100" w:type="dxa"/>
          </w:tcPr>
          <w:p w14:paraId="5F3332A6" w14:textId="77777777" w:rsidR="00AB2C07" w:rsidRDefault="00DE65D1">
            <w:r>
              <w:t>4. Как-нибудь справимся.</w:t>
            </w:r>
          </w:p>
        </w:tc>
        <w:tc>
          <w:tcPr>
            <w:tcW w:w="5100" w:type="dxa"/>
          </w:tcPr>
          <w:p w14:paraId="4A2AE6B1" w14:textId="77777777" w:rsidR="00AB2C07" w:rsidRDefault="00DE65D1">
            <w:r>
              <w:t>___</w:t>
            </w:r>
          </w:p>
        </w:tc>
      </w:tr>
      <w:tr w:rsidR="00AB2C07" w14:paraId="5FA2EE52" w14:textId="77777777">
        <w:trPr>
          <w:jc w:val="center"/>
        </w:trPr>
        <w:tc>
          <w:tcPr>
            <w:tcW w:w="5100" w:type="dxa"/>
          </w:tcPr>
          <w:p w14:paraId="51E60F35" w14:textId="77777777" w:rsidR="00AB2C07" w:rsidRDefault="00DE65D1">
            <w:r>
              <w:lastRenderedPageBreak/>
              <w:t>5. Лишь бы успеть.</w:t>
            </w:r>
          </w:p>
        </w:tc>
        <w:tc>
          <w:tcPr>
            <w:tcW w:w="5100" w:type="dxa"/>
          </w:tcPr>
          <w:p w14:paraId="01E23F4C" w14:textId="77777777" w:rsidR="00AB2C07" w:rsidRDefault="00DE65D1">
            <w:r>
              <w:t>___</w:t>
            </w:r>
          </w:p>
        </w:tc>
      </w:tr>
      <w:tr w:rsidR="00AB2C07" w14:paraId="2D84967E" w14:textId="77777777">
        <w:trPr>
          <w:jc w:val="center"/>
        </w:trPr>
        <w:tc>
          <w:tcPr>
            <w:tcW w:w="5100" w:type="dxa"/>
          </w:tcPr>
          <w:p w14:paraId="089DA3F9" w14:textId="77777777" w:rsidR="00AB2C07" w:rsidRDefault="00DE65D1">
            <w:r>
              <w:t>6. Хоть бы не опоздать.</w:t>
            </w:r>
          </w:p>
        </w:tc>
        <w:tc>
          <w:tcPr>
            <w:tcW w:w="5100" w:type="dxa"/>
          </w:tcPr>
          <w:p w14:paraId="22A84C51" w14:textId="77777777" w:rsidR="00AB2C07" w:rsidRDefault="00DE65D1">
            <w:r>
              <w:t>___</w:t>
            </w:r>
          </w:p>
        </w:tc>
      </w:tr>
    </w:tbl>
    <w:p w14:paraId="528E3C29" w14:textId="77777777" w:rsidR="00AB2C07" w:rsidRDefault="00DE65D1">
      <w:r>
        <w:t>A. предположение / почти уверенное предположение</w:t>
      </w:r>
      <w:r>
        <w:br/>
        <w:t>B. надежда на благоприятный исход без гарантии</w:t>
      </w:r>
      <w:r>
        <w:br/>
        <w:t>C. невозможность или трудность разобраться</w:t>
      </w:r>
      <w:r>
        <w:br/>
        <w:t>D. готовность обойтись без заранее определённого способа</w:t>
      </w:r>
      <w:r>
        <w:br/>
        <w:t>E. главное условие / минимально необходимое</w:t>
      </w:r>
      <w:r>
        <w:br/>
        <w:t>F. тревожное пожелание</w:t>
      </w:r>
    </w:p>
    <w:p w14:paraId="35A6C950" w14:textId="77777777" w:rsidR="00AB2C07" w:rsidRDefault="00DE65D1">
      <w:r>
        <w:rPr>
          <w:b/>
        </w:rPr>
        <w:t>4. Объясните разницу между «авось» и «может быть». Придумайте по одному примеру.</w:t>
      </w:r>
    </w:p>
    <w:p w14:paraId="5A85C26D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5880AA8F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5B1C1D6B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60A17A2B" w14:textId="77777777" w:rsidR="00AB2C07" w:rsidRDefault="00DE65D1">
      <w:r>
        <w:rPr>
          <w:b/>
        </w:rPr>
        <w:t>3. ГРАММАТИКА: МОДАЛЬНОСТЬ И ИНФИНИТИВ</w:t>
      </w:r>
    </w:p>
    <w:p w14:paraId="2DD8BDD5" w14:textId="77777777" w:rsidR="00AB2C07" w:rsidRDefault="00DE65D1">
      <w:r>
        <w:t>Сравните конструкции. Что выражает говорящий: совет, упрёк, желание, опасение, необходимость, сожаление или предположение?</w:t>
      </w:r>
    </w:p>
    <w:p w14:paraId="6EF751AB" w14:textId="77777777" w:rsidR="00AB2C07" w:rsidRDefault="00DE65D1">
      <w:r>
        <w:t>Тебе бы отдохнуть.</w:t>
      </w:r>
    </w:p>
    <w:p w14:paraId="2104FD4A" w14:textId="77777777" w:rsidR="00AB2C07" w:rsidRDefault="00DE65D1">
      <w:r>
        <w:t>Тебе бы не вмешиваться.</w:t>
      </w:r>
    </w:p>
    <w:p w14:paraId="5775D693" w14:textId="77777777" w:rsidR="00AB2C07" w:rsidRDefault="00DE65D1">
      <w:r>
        <w:t>Нам бы только успеть.</w:t>
      </w:r>
    </w:p>
    <w:p w14:paraId="5EB5A54F" w14:textId="77777777" w:rsidR="00AB2C07" w:rsidRDefault="00DE65D1">
      <w:r>
        <w:t>Не опоздать бы!</w:t>
      </w:r>
    </w:p>
    <w:p w14:paraId="7993B4B7" w14:textId="77777777" w:rsidR="00AB2C07" w:rsidRDefault="00DE65D1">
      <w:r>
        <w:t>Ему бы всё шутить.</w:t>
      </w:r>
    </w:p>
    <w:p w14:paraId="3288DBB3" w14:textId="77777777" w:rsidR="00AB2C07" w:rsidRDefault="00DE65D1">
      <w:r>
        <w:t>Надо было раньше подумать.</w:t>
      </w:r>
    </w:p>
    <w:p w14:paraId="4761283C" w14:textId="77777777" w:rsidR="00AB2C07" w:rsidRDefault="00DE65D1">
      <w:r>
        <w:rPr>
          <w:b/>
        </w:rPr>
        <w:t>5. Определите значение инфинитивной конструкции в каждом предложении.</w:t>
      </w:r>
    </w:p>
    <w:p w14:paraId="75516733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4EF114D3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11B8C1E4" w14:textId="77777777" w:rsidR="00AB2C07" w:rsidRDefault="00DE65D1">
      <w:pPr>
        <w:spacing w:after="40"/>
      </w:pPr>
      <w:r>
        <w:lastRenderedPageBreak/>
        <w:t>________________________________________________________________________________</w:t>
      </w:r>
    </w:p>
    <w:p w14:paraId="77F2F621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3ED959EF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335BE8BC" w14:textId="77777777" w:rsidR="00AB2C07" w:rsidRDefault="00DE65D1">
      <w:r>
        <w:rPr>
          <w:b/>
        </w:rPr>
        <w:t>6. Преобразуйте предложения так, чтобы сохранить смысл, но изменить конструкцию.</w:t>
      </w:r>
    </w:p>
    <w:p w14:paraId="67FC5600" w14:textId="77777777" w:rsidR="00AB2C07" w:rsidRDefault="00DE65D1">
      <w:r>
        <w:t>Тебе бы не спорить с ним.</w:t>
      </w:r>
    </w:p>
    <w:p w14:paraId="567C38CE" w14:textId="77777777" w:rsidR="00AB2C07" w:rsidRDefault="00DE65D1">
      <w:r>
        <w:t>→ __________________________________________________________________________________</w:t>
      </w:r>
    </w:p>
    <w:p w14:paraId="769C2BDF" w14:textId="77777777" w:rsidR="00AB2C07" w:rsidRDefault="00DE65D1">
      <w:r>
        <w:t>Нам бы только успеть на поезд.</w:t>
      </w:r>
    </w:p>
    <w:p w14:paraId="604BFF93" w14:textId="77777777" w:rsidR="00AB2C07" w:rsidRDefault="00DE65D1">
      <w:r>
        <w:t>→ __________________________________________________________________________________</w:t>
      </w:r>
    </w:p>
    <w:p w14:paraId="5E988417" w14:textId="77777777" w:rsidR="00AB2C07" w:rsidRDefault="00DE65D1">
      <w:r>
        <w:t>Не забыть бы документы.</w:t>
      </w:r>
    </w:p>
    <w:p w14:paraId="1C105075" w14:textId="77777777" w:rsidR="00AB2C07" w:rsidRDefault="00DE65D1">
      <w:r>
        <w:t>→ __________________________________________________________________________________</w:t>
      </w:r>
    </w:p>
    <w:p w14:paraId="38EB53C6" w14:textId="77777777" w:rsidR="00AB2C07" w:rsidRDefault="00DE65D1">
      <w:r>
        <w:t>Надо было раньше проверить расписание.</w:t>
      </w:r>
    </w:p>
    <w:p w14:paraId="36F9A068" w14:textId="77777777" w:rsidR="00AB2C07" w:rsidRDefault="00DE65D1">
      <w:r>
        <w:t>→ __________________________________________________________________________________</w:t>
      </w:r>
    </w:p>
    <w:p w14:paraId="218B8894" w14:textId="77777777" w:rsidR="00AB2C07" w:rsidRDefault="00DE65D1">
      <w:r>
        <w:rPr>
          <w:b/>
        </w:rPr>
        <w:t>4. ЛЕКСИКА: БЛИЗКИЕ, НО НЕ ОДИНАКОВЫЕ СЛОВА</w:t>
      </w:r>
    </w:p>
    <w:p w14:paraId="01036498" w14:textId="77777777" w:rsidR="00AB2C07" w:rsidRDefault="00DE65D1">
      <w:r>
        <w:rPr>
          <w:b/>
        </w:rPr>
        <w:t>7. Объясните разницу между парами. Затем составьте по одному предложению с каждым словом.</w:t>
      </w:r>
    </w:p>
    <w:p w14:paraId="7A36D1FD" w14:textId="77777777" w:rsidR="00AB2C07" w:rsidRDefault="00DE65D1">
      <w:r>
        <w:t>предвидеть — предусмотреть</w:t>
      </w:r>
    </w:p>
    <w:p w14:paraId="2422CEA6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665E7F5C" w14:textId="77777777" w:rsidR="00AB2C07" w:rsidRDefault="00DE65D1">
      <w:pPr>
        <w:spacing w:after="40"/>
      </w:pPr>
      <w:r>
        <w:lastRenderedPageBreak/>
        <w:t>________________________________________________________________________________</w:t>
      </w:r>
    </w:p>
    <w:p w14:paraId="5248CA15" w14:textId="77777777" w:rsidR="00AB2C07" w:rsidRDefault="00DE65D1">
      <w:r>
        <w:t>надеяться — рассчитывать</w:t>
      </w:r>
    </w:p>
    <w:p w14:paraId="4D7D636A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5E5BC6E7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01EA6D41" w14:textId="77777777" w:rsidR="00AB2C07" w:rsidRDefault="00DE65D1">
      <w:r>
        <w:t>предположение — предпосылка</w:t>
      </w:r>
    </w:p>
    <w:p w14:paraId="196E0838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2D3E0944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3FF633AB" w14:textId="77777777" w:rsidR="00AB2C07" w:rsidRDefault="00DE65D1">
      <w:r>
        <w:t>оправдать — оправдывать</w:t>
      </w:r>
    </w:p>
    <w:p w14:paraId="63290946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3855C0AF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4CCDD5E3" w14:textId="77777777" w:rsidR="00AB2C07" w:rsidRDefault="00DE65D1">
      <w:r>
        <w:t>случайный — случайностный</w:t>
      </w:r>
    </w:p>
    <w:p w14:paraId="0F9336EA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1DAE737F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4891835D" w14:textId="77777777" w:rsidR="00AB2C07" w:rsidRDefault="00DE65D1">
      <w:r>
        <w:rPr>
          <w:b/>
        </w:rPr>
        <w:t>5. СЛОВО, КОТОРОЕ НЕПРОСТО ПЕРЕВЕСТИ</w:t>
      </w:r>
    </w:p>
    <w:p w14:paraId="1169516B" w14:textId="77777777" w:rsidR="00AB2C07" w:rsidRDefault="00DE65D1">
      <w:r>
        <w:t>Авось — это не просто «snad». В разных контекстах оно может передавать надежду, неопределённость, готовность положиться на обстоятельства, иногда — иронию или безответственность.</w:t>
      </w:r>
    </w:p>
    <w:p w14:paraId="1065260E" w14:textId="77777777" w:rsidR="00AB2C07" w:rsidRDefault="00DE65D1">
      <w:r>
        <w:rPr>
          <w:b/>
        </w:rPr>
        <w:t>8. Подберите наиболее естественный чешский вариант и объясните, что теряется при переводе.</w:t>
      </w:r>
    </w:p>
    <w:p w14:paraId="137192B2" w14:textId="77777777" w:rsidR="00AB2C07" w:rsidRDefault="00DE65D1">
      <w:r>
        <w:t>Авось всё обойдётся.</w:t>
      </w:r>
    </w:p>
    <w:p w14:paraId="07158591" w14:textId="77777777" w:rsidR="00AB2C07" w:rsidRDefault="00DE65D1">
      <w:r>
        <w:t>Česky: __________________________________________________________________________</w:t>
      </w:r>
    </w:p>
    <w:p w14:paraId="5FB1C96A" w14:textId="77777777" w:rsidR="00AB2C07" w:rsidRDefault="00DE65D1">
      <w:r>
        <w:lastRenderedPageBreak/>
        <w:t>Комментарий: _____________________________________________________________________</w:t>
      </w:r>
    </w:p>
    <w:p w14:paraId="4288DB1F" w14:textId="77777777" w:rsidR="00AB2C07" w:rsidRDefault="00DE65D1">
      <w:r>
        <w:t>Он всё делает на авось.</w:t>
      </w:r>
    </w:p>
    <w:p w14:paraId="174B1885" w14:textId="77777777" w:rsidR="00AB2C07" w:rsidRDefault="00DE65D1">
      <w:r>
        <w:t>Česky: __________________________________________________________________________</w:t>
      </w:r>
    </w:p>
    <w:p w14:paraId="36F85B24" w14:textId="77777777" w:rsidR="00AB2C07" w:rsidRDefault="00DE65D1">
      <w:r>
        <w:t>Комментарий: _____________________________________________________________________</w:t>
      </w:r>
    </w:p>
    <w:p w14:paraId="70CD5016" w14:textId="77777777" w:rsidR="00AB2C07" w:rsidRDefault="00DE65D1">
      <w:r>
        <w:t>Авось повезёт.</w:t>
      </w:r>
    </w:p>
    <w:p w14:paraId="0F865E4C" w14:textId="77777777" w:rsidR="00AB2C07" w:rsidRDefault="00DE65D1">
      <w:r>
        <w:t>Česky: __________________________________________________________________________</w:t>
      </w:r>
    </w:p>
    <w:p w14:paraId="30DC384A" w14:textId="77777777" w:rsidR="00AB2C07" w:rsidRDefault="00DE65D1">
      <w:r>
        <w:t>Комментарий: _____________________________________________________________________</w:t>
      </w:r>
    </w:p>
    <w:p w14:paraId="0B684EF2" w14:textId="77777777" w:rsidR="00AB2C07" w:rsidRDefault="00DE65D1">
      <w:r>
        <w:t>Давайте попробуем — авось получится.</w:t>
      </w:r>
    </w:p>
    <w:p w14:paraId="3BA94825" w14:textId="77777777" w:rsidR="00AB2C07" w:rsidRDefault="00DE65D1">
      <w:r>
        <w:t>Česky: __________________________________________________________________________</w:t>
      </w:r>
    </w:p>
    <w:p w14:paraId="6841900D" w14:textId="77777777" w:rsidR="00AB2C07" w:rsidRDefault="00DE65D1">
      <w:r>
        <w:t>Комментарий: _____________________________________________________________________</w:t>
      </w:r>
    </w:p>
    <w:p w14:paraId="3640300B" w14:textId="77777777" w:rsidR="00AB2C07" w:rsidRDefault="00DE65D1">
      <w:r>
        <w:rPr>
          <w:b/>
        </w:rPr>
        <w:t>6. ЧТЕНИЕ</w:t>
      </w:r>
    </w:p>
    <w:p w14:paraId="577FF05C" w14:textId="77777777" w:rsidR="00AB2C07" w:rsidRDefault="00DE65D1">
      <w:r>
        <w:t>Прочитайте текст и определите, какую позицию занимает автор по отношению к «авось».</w:t>
      </w:r>
    </w:p>
    <w:p w14:paraId="6234D582" w14:textId="77777777" w:rsidR="00AB2C07" w:rsidRDefault="00DE65D1">
      <w:pPr>
        <w:jc w:val="center"/>
      </w:pPr>
      <w:r>
        <w:rPr>
          <w:b/>
        </w:rPr>
        <w:t>АВОСЬ: НАЦИОНАЛЬНАЯ ЧЕРТА ИЛИ УДОБНОЕ ОПРАВДАНИЕ?</w:t>
      </w:r>
    </w:p>
    <w:p w14:paraId="1FEFBF22" w14:textId="77777777" w:rsidR="00AB2C07" w:rsidRDefault="00DE65D1">
      <w:r>
        <w:t xml:space="preserve">Слово «авось» трудно объяснить человеку, который впервые сталкивается с ним в русском тексте. Переводчик обычно находит подходящий эквивалент </w:t>
      </w:r>
      <w:r>
        <w:lastRenderedPageBreak/>
        <w:t>— «может быть», «надеюсь», «авось», «snad» в чешском, — и на первый взгляд проблема кажется решённой. Однако в живой речи «авось» часто сообщает не только о вероятности события. Оно показывает отношение человека к неопределённости и к собственному будущему.</w:t>
      </w:r>
    </w:p>
    <w:p w14:paraId="4B844C33" w14:textId="77777777" w:rsidR="00AB2C07" w:rsidRDefault="00DE65D1">
      <w:r>
        <w:t>Сравним два высказывания: «Может быть, проблема решится сама» и «Авось проблема сама решится». Формально они близки. В первом говорящий просто допускает определённый вариант развития событий. Во втором слышится нечто большее: человек как будто сознательно отказывается от необходимости заранее знать, что произойдёт. Он допускает возможность удачного исхода и одновременно признаёт, что не собирается полностью контролировать ситуацию.</w:t>
      </w:r>
    </w:p>
    <w:p w14:paraId="2D6C19FE" w14:textId="77777777" w:rsidR="00AB2C07" w:rsidRDefault="00DE65D1">
      <w:r>
        <w:t>Именно поэтому «авось» нередко связывают с представлением о русском характере. В популярном описании русскому человеку приписывают склонность полагаться на судьбу, действовать импульсивно и надеяться, что обстоятельства в последний момент сложатся благоприятно. Такая картина удобна своей простотой, но она слишком легко превращается в стереотип.</w:t>
      </w:r>
    </w:p>
    <w:p w14:paraId="272DFA78" w14:textId="77777777" w:rsidR="00AB2C07" w:rsidRDefault="00DE65D1">
      <w:r>
        <w:t>Ведь «авось» не всегда означает безответственность. Человек может прекрасно понимать, что гарантировать результат невозможно, и всё же решиться действовать. В этом случае «авось» оказывается своеобразной психологической стратегией: если нельзя устранить неопределённость, остаётся принять её и двигаться дальше. В таком смысле в слове есть не только пассивность, но и определённая готовность к риску.</w:t>
      </w:r>
    </w:p>
    <w:p w14:paraId="29EE953A" w14:textId="77777777" w:rsidR="00AB2C07" w:rsidRDefault="00DE65D1">
      <w:r>
        <w:t>Однако существует и другая сторона. Фраза «авось обойдётся» может использоваться для того, чтобы не предпринимать никаких действий. Если проблему можно предотвратить, но человек предпочитает надеяться на удачу, «авось» становится удобным способом снять с себя ответственность. В профессиональной среде такая стратегия особенно опасна: там недостаточно рассчитывать на благоприятное стечение обстоятельств — необходимо предусматривать возможные последствия и заранее принимать меры.</w:t>
      </w:r>
    </w:p>
    <w:p w14:paraId="40DF9E6C" w14:textId="77777777" w:rsidR="00AB2C07" w:rsidRDefault="00DE65D1">
      <w:r>
        <w:t xml:space="preserve">Интересно, что сами русские прекрасно чувствуют эту двойственность. Слово «авось» может звучать иронически, критически или даже самоиронично. Человек говорит: «Ну, авось повезёт», прекрасно понимая, что его решение не слишком рационально. Поэтому было бы ошибкой </w:t>
      </w:r>
      <w:r>
        <w:lastRenderedPageBreak/>
        <w:t>рассматривать каждое употребление этого слова как доказательство какой-то национальной особенности.</w:t>
      </w:r>
    </w:p>
    <w:p w14:paraId="5DCD7298" w14:textId="77777777" w:rsidR="00AB2C07" w:rsidRDefault="00DE65D1">
      <w:r>
        <w:t>Возможно, «авось» говорит не столько о русском характере, сколько о человеческом отношении к неопределённости. Люди в любой культуре сталкиваются с ситуациями, которые невозможно полностью предусмотреть. Различие может заключаться не в самом стремлении надеяться на удачный исход, а в том, насколько охотно культура признаёт право человека полагаться на случай.</w:t>
      </w:r>
    </w:p>
    <w:p w14:paraId="2DB2177F" w14:textId="77777777" w:rsidR="00AB2C07" w:rsidRDefault="00DE65D1">
      <w:r>
        <w:t>Поэтому вопрос «является ли авось национальной чертой?» остаётся открытым. С одной стороны, слово действительно занимает заметное место в русском языке и культурном сознании. С другой — превращать языковую особенность в характеристику целого народа было бы слишком прямолинейно. Возможно, самое интересное в «авось» как раз то, что оно позволяет одновременно выразить надежду, сомнение, риск и нежелание притворяться, будто будущее полностью находится под нашим контролем.</w:t>
      </w:r>
    </w:p>
    <w:p w14:paraId="243C3AA8" w14:textId="77777777" w:rsidR="00AB2C07" w:rsidRDefault="00DE65D1">
      <w:r>
        <w:rPr>
          <w:b/>
        </w:rPr>
        <w:t>7. РАБОТА С ТЕКСТОМ</w:t>
      </w:r>
    </w:p>
    <w:p w14:paraId="35A2F881" w14:textId="77777777" w:rsidR="00AB2C07" w:rsidRDefault="00DE65D1">
      <w:r>
        <w:rPr>
          <w:b/>
        </w:rPr>
        <w:t>9. Сформулируйте основную мысль текста одним предложением.</w:t>
      </w:r>
    </w:p>
    <w:p w14:paraId="48242C8D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2ECE0633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30D0985D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4D71E65A" w14:textId="77777777" w:rsidR="00AB2C07" w:rsidRDefault="00DE65D1">
      <w:r>
        <w:rPr>
          <w:b/>
        </w:rPr>
        <w:t>10. Какие два противоположных значения «авось» выделяет автор?</w:t>
      </w:r>
    </w:p>
    <w:p w14:paraId="259ED7E0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59CC634C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110A39EC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505CC802" w14:textId="77777777" w:rsidR="00AB2C07" w:rsidRDefault="00DE65D1">
      <w:r>
        <w:rPr>
          <w:b/>
        </w:rPr>
        <w:t>11. Почему автор считает связь между «авось» и русским характером стереотипом?</w:t>
      </w:r>
    </w:p>
    <w:p w14:paraId="1271D430" w14:textId="77777777" w:rsidR="00AB2C07" w:rsidRDefault="00DE65D1">
      <w:pPr>
        <w:spacing w:after="40"/>
      </w:pPr>
      <w:r>
        <w:lastRenderedPageBreak/>
        <w:t>________________________________________________________________________________</w:t>
      </w:r>
    </w:p>
    <w:p w14:paraId="33E5F8A6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1880CF86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20A60BA4" w14:textId="77777777" w:rsidR="00AB2C07" w:rsidRDefault="00DE65D1">
      <w:r>
        <w:rPr>
          <w:b/>
        </w:rPr>
        <w:t>12. Найдите в тексте место, где «авось» трактуется как психологическая стратегия. Объясните эту мысль своими словами.</w:t>
      </w:r>
    </w:p>
    <w:p w14:paraId="1D1962C1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71EE4739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5D2F4FFD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7B1C8788" w14:textId="77777777" w:rsidR="00AB2C07" w:rsidRDefault="00DE65D1">
      <w:r>
        <w:rPr>
          <w:b/>
        </w:rPr>
        <w:t>13. Найдите предложение, в котором автор смягчает категоричность своего утверждения. Какие языковые средства он использует?</w:t>
      </w:r>
    </w:p>
    <w:p w14:paraId="10885875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59B63122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3D87BAC5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1B14F41B" w14:textId="77777777" w:rsidR="00AB2C07" w:rsidRDefault="00DE65D1">
      <w:r>
        <w:rPr>
          <w:b/>
        </w:rPr>
        <w:t>8. ПЕРЕФРАЗИРОВАНИЕ</w:t>
      </w:r>
    </w:p>
    <w:p w14:paraId="0DE56FCD" w14:textId="77777777" w:rsidR="00AB2C07" w:rsidRDefault="00DE65D1">
      <w:r>
        <w:rPr>
          <w:b/>
        </w:rPr>
        <w:t>14. Переформулируйте предложения в другом регистре, сохранив смысл.</w:t>
      </w:r>
    </w:p>
    <w:p w14:paraId="35FEC398" w14:textId="77777777" w:rsidR="00AB2C07" w:rsidRDefault="00DE65D1">
      <w:r>
        <w:t>Авось проблема сама решится.</w:t>
      </w:r>
    </w:p>
    <w:p w14:paraId="09A279EF" w14:textId="77777777" w:rsidR="00AB2C07" w:rsidRDefault="00DE65D1">
      <w:r>
        <w:t>Нейтрально: ______________________________________________________________________</w:t>
      </w:r>
    </w:p>
    <w:p w14:paraId="392C85E3" w14:textId="77777777" w:rsidR="00AB2C07" w:rsidRDefault="00DE65D1">
      <w:r>
        <w:t>Официально / профессионально: _____________________________________________________</w:t>
      </w:r>
    </w:p>
    <w:p w14:paraId="7C193AEA" w14:textId="77777777" w:rsidR="00AB2C07" w:rsidRDefault="00DE65D1">
      <w:r>
        <w:t>Давайте пока ничего не будем делать — авось всё обойдётся.</w:t>
      </w:r>
    </w:p>
    <w:p w14:paraId="6EF620F6" w14:textId="77777777" w:rsidR="00AB2C07" w:rsidRDefault="00DE65D1">
      <w:r>
        <w:lastRenderedPageBreak/>
        <w:t>Нейтрально: ______________________________________________________________________</w:t>
      </w:r>
    </w:p>
    <w:p w14:paraId="735B643E" w14:textId="77777777" w:rsidR="00AB2C07" w:rsidRDefault="00DE65D1">
      <w:r>
        <w:t>Официально / профессионально: _____________________________________________________</w:t>
      </w:r>
    </w:p>
    <w:p w14:paraId="14218780" w14:textId="77777777" w:rsidR="00AB2C07" w:rsidRDefault="00DE65D1">
      <w:r>
        <w:t>Он всё делает на авось.</w:t>
      </w:r>
    </w:p>
    <w:p w14:paraId="6557FF68" w14:textId="77777777" w:rsidR="00AB2C07" w:rsidRDefault="00DE65D1">
      <w:r>
        <w:t>Нейтрально: ______________________________________________________________________</w:t>
      </w:r>
    </w:p>
    <w:p w14:paraId="7BEE24AD" w14:textId="77777777" w:rsidR="00AB2C07" w:rsidRDefault="00DE65D1">
      <w:r>
        <w:t>Официально / профессионально: _____________________________________________________</w:t>
      </w:r>
    </w:p>
    <w:p w14:paraId="7A01F043" w14:textId="77777777" w:rsidR="00AB2C07" w:rsidRDefault="00DE65D1">
      <w:r>
        <w:rPr>
          <w:b/>
        </w:rPr>
        <w:t>9. ГОВОРЕНИЕ</w:t>
      </w:r>
    </w:p>
    <w:p w14:paraId="376B3E70" w14:textId="77777777" w:rsidR="00AB2C07" w:rsidRDefault="00DE65D1">
      <w:r>
        <w:rPr>
          <w:b/>
        </w:rPr>
        <w:t>15. Обсудите утверждение: «Авось — это форма оптимизма, а не безответственности».</w:t>
      </w:r>
    </w:p>
    <w:p w14:paraId="28473185" w14:textId="77777777" w:rsidR="00AB2C07" w:rsidRDefault="00DE65D1">
      <w:r>
        <w:t>Используйте минимум три выражения:</w:t>
      </w:r>
    </w:p>
    <w:p w14:paraId="4E438532" w14:textId="77777777" w:rsidR="00AB2C07" w:rsidRDefault="00DE65D1">
      <w:r>
        <w:t>с одной стороны… / с другой стороны… / нельзя не признать… / было бы преувеличением утверждать… / проблема заключается в том, что… / в конечном счёте…</w:t>
      </w:r>
    </w:p>
    <w:p w14:paraId="0F59ACC1" w14:textId="77777777" w:rsidR="00AB2C07" w:rsidRDefault="00DE65D1">
      <w:r>
        <w:rPr>
          <w:b/>
        </w:rPr>
        <w:t>16. Ситуация. Ваш коллега говорит: «Давайте пока ничего не будем делать. Авось проблема сама решится». Ответьте ему в трёх регистрах.</w:t>
      </w:r>
    </w:p>
    <w:p w14:paraId="7E451691" w14:textId="77777777" w:rsidR="00AB2C07" w:rsidRDefault="00DE65D1">
      <w:r>
        <w:t xml:space="preserve">Разговорный: </w:t>
      </w:r>
    </w:p>
    <w:p w14:paraId="3B7FAA31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2BB0FAD6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3F939FD6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1D67A225" w14:textId="77777777" w:rsidR="00AB2C07" w:rsidRDefault="00DE65D1">
      <w:r>
        <w:t xml:space="preserve">Нейтрально-профессиональный: </w:t>
      </w:r>
    </w:p>
    <w:p w14:paraId="2BC43145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20A2F704" w14:textId="77777777" w:rsidR="00AB2C07" w:rsidRDefault="00DE65D1">
      <w:pPr>
        <w:spacing w:after="40"/>
      </w:pPr>
      <w:r>
        <w:lastRenderedPageBreak/>
        <w:t>________________________________________________________________________________</w:t>
      </w:r>
    </w:p>
    <w:p w14:paraId="26EB0ADA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220C2217" w14:textId="77777777" w:rsidR="00AB2C07" w:rsidRDefault="00DE65D1">
      <w:r>
        <w:t xml:space="preserve">Официальный: </w:t>
      </w:r>
    </w:p>
    <w:p w14:paraId="46849E7A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68C08B28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3DA75965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581D45B1" w14:textId="77777777" w:rsidR="00AB2C07" w:rsidRDefault="00DE65D1">
      <w:r>
        <w:rPr>
          <w:b/>
        </w:rPr>
        <w:t>10. ФИНАЛЬНАЯ ДИСКУССИЯ</w:t>
      </w:r>
    </w:p>
    <w:p w14:paraId="76077482" w14:textId="77777777" w:rsidR="00AB2C07" w:rsidRDefault="00DE65D1">
      <w:r>
        <w:rPr>
          <w:b/>
        </w:rPr>
        <w:t>17. Можно ли считать «авось» особенностью русского национального характера?</w:t>
      </w:r>
    </w:p>
    <w:p w14:paraId="170D9DEF" w14:textId="77777777" w:rsidR="00AB2C07" w:rsidRDefault="00DE65D1">
      <w:r>
        <w:t>Сформулируйте тезис, приведите два аргумента, рассмотрите противоположную точку зрения и сделайте вывод.</w:t>
      </w:r>
    </w:p>
    <w:p w14:paraId="0070934C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79CF8A4C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29F96E96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611441CA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612CBF4B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0CB38314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5DB86025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054D4908" w14:textId="77777777" w:rsidR="00AB2C07" w:rsidRDefault="00DE65D1">
      <w:pPr>
        <w:spacing w:after="40"/>
      </w:pPr>
      <w:r>
        <w:t>________________________________________________________________________________</w:t>
      </w:r>
    </w:p>
    <w:p w14:paraId="00F7665E" w14:textId="77777777" w:rsidR="00AB2C07" w:rsidRDefault="00DE65D1">
      <w:r>
        <w:rPr>
          <w:b/>
        </w:rPr>
        <w:t>11. ДОМАШНЕЕ ЗАДАНИЕ</w:t>
      </w:r>
    </w:p>
    <w:p w14:paraId="2E1EC8F1" w14:textId="77777777" w:rsidR="00AB2C07" w:rsidRDefault="00DE65D1">
      <w:r>
        <w:lastRenderedPageBreak/>
        <w:t>Напишите аргументированное высказывание объёмом 250–300 слов на тему:</w:t>
      </w:r>
    </w:p>
    <w:p w14:paraId="6E0F8025" w14:textId="77777777" w:rsidR="00AB2C07" w:rsidRDefault="00DE65D1">
      <w:r>
        <w:rPr>
          <w:b/>
        </w:rPr>
        <w:t>«Авось помогает человеку справляться с неопределённостью или мешает ему принимать решения?»</w:t>
      </w:r>
    </w:p>
    <w:p w14:paraId="63B3F26E" w14:textId="77777777" w:rsidR="00AB2C07" w:rsidRDefault="00DE65D1">
      <w:r>
        <w:t>Используйте не менее 5 слов и выражений из урока и не менее 2 конструкций из грамматического блока.</w:t>
      </w:r>
    </w:p>
    <w:sectPr w:rsidR="00AB2C07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5087462">
    <w:abstractNumId w:val="8"/>
  </w:num>
  <w:num w:numId="2" w16cid:durableId="1995648134">
    <w:abstractNumId w:val="6"/>
  </w:num>
  <w:num w:numId="3" w16cid:durableId="1074475192">
    <w:abstractNumId w:val="5"/>
  </w:num>
  <w:num w:numId="4" w16cid:durableId="46144543">
    <w:abstractNumId w:val="4"/>
  </w:num>
  <w:num w:numId="5" w16cid:durableId="1343894958">
    <w:abstractNumId w:val="7"/>
  </w:num>
  <w:num w:numId="6" w16cid:durableId="317655920">
    <w:abstractNumId w:val="3"/>
  </w:num>
  <w:num w:numId="7" w16cid:durableId="339898212">
    <w:abstractNumId w:val="2"/>
  </w:num>
  <w:num w:numId="8" w16cid:durableId="474563198">
    <w:abstractNumId w:val="1"/>
  </w:num>
  <w:num w:numId="9" w16cid:durableId="5214077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4848"/>
    <w:rsid w:val="00326F90"/>
    <w:rsid w:val="00AA1D8D"/>
    <w:rsid w:val="00AB2C07"/>
    <w:rsid w:val="00B47730"/>
    <w:rsid w:val="00CB0664"/>
    <w:rsid w:val="00DE65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C56D19"/>
  <w14:defaultImageDpi w14:val="300"/>
  <w15:docId w15:val="{2BF304DB-EE44-AD4C-AC6A-C190ACF8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1972</Words>
  <Characters>11245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Hill</cp:lastModifiedBy>
  <cp:revision>2</cp:revision>
  <dcterms:created xsi:type="dcterms:W3CDTF">2026-09-03T19:17:00Z</dcterms:created>
  <dcterms:modified xsi:type="dcterms:W3CDTF">2026-09-03T19:17:00Z</dcterms:modified>
  <cp:category/>
</cp:coreProperties>
</file>